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1202A"/>
          <w:sz w:val="26"/>
        </w:rPr>
        <w:t>[Name der Hochschule / Universität]</w:t>
      </w:r>
    </w:p>
    <w:p>
      <w:pPr>
        <w:spacing w:after="120"/>
        <w:jc w:val="center"/>
      </w:pPr>
      <w:r>
        <w:rPr>
          <w:b w:val="0"/>
          <w:i w:val="0"/>
          <w:sz w:val="24"/>
        </w:rPr>
        <w:t>[Fakultät / Fachbereich]</w:t>
      </w:r>
    </w:p>
    <w:p>
      <w:pPr>
        <w:spacing w:after="40"/>
        <w:jc w:val="center"/>
      </w:pPr>
      <w:r>
        <w:rPr>
          <w:b w:val="0"/>
          <w:i w:val="0"/>
          <w:sz w:val="24"/>
        </w:rPr>
        <w:t>[Studiengang]</w:t>
      </w:r>
    </w:p>
    <w:p/>
    <w:p/>
    <w:p/>
    <w:p/>
    <w:p/>
    <w:p/>
    <w:p>
      <w:pPr>
        <w:spacing w:after="80"/>
        <w:jc w:val="center"/>
      </w:pPr>
      <w:r>
        <w:rPr>
          <w:b/>
          <w:i w:val="0"/>
          <w:color w:val="11202A"/>
          <w:sz w:val="28"/>
        </w:rPr>
        <w:t>Bachelorarbeit</w:t>
      </w:r>
    </w:p>
    <w:p>
      <w:pPr>
        <w:spacing w:after="80"/>
        <w:jc w:val="center"/>
      </w:pPr>
      <w:r>
        <w:rPr>
          <w:b/>
          <w:i w:val="0"/>
          <w:color w:val="11202A"/>
          <w:sz w:val="36"/>
        </w:rPr>
        <w:t>[Titel der Arbeit]</w:t>
      </w:r>
    </w:p>
    <w:p>
      <w:pPr>
        <w:spacing w:after="120"/>
        <w:jc w:val="center"/>
      </w:pPr>
      <w:r>
        <w:rPr>
          <w:b w:val="0"/>
          <w:i/>
          <w:sz w:val="22"/>
        </w:rPr>
        <w:t>zur Erlangung des akademischen Grades [z. B. Bachelor of Arts / Bachelor of Science]</w:t>
      </w:r>
    </w:p>
    <w:p/>
    <w:p/>
    <w:p/>
    <w:p/>
    <w:p/>
    <w:p/>
    <w:p/>
    <w:p>
      <w:pPr>
        <w:spacing w:after="40"/>
        <w:jc w:val="center"/>
      </w:pPr>
      <w:r>
        <w:rPr>
          <w:b w:val="0"/>
          <w:i w:val="0"/>
          <w:sz w:val="24"/>
        </w:rPr>
        <w:t>vorgelegt von: [Vor- und Nachname]</w:t>
      </w:r>
    </w:p>
    <w:p>
      <w:pPr>
        <w:spacing w:after="40"/>
        <w:jc w:val="center"/>
      </w:pPr>
      <w:r>
        <w:rPr>
          <w:b w:val="0"/>
          <w:i w:val="0"/>
          <w:sz w:val="24"/>
        </w:rPr>
        <w:t>Matrikelnummer: [____________]</w:t>
      </w:r>
    </w:p>
    <w:p>
      <w:pPr>
        <w:spacing w:after="40"/>
        <w:jc w:val="center"/>
      </w:pPr>
      <w:r>
        <w:rPr>
          <w:b w:val="0"/>
          <w:i w:val="0"/>
          <w:sz w:val="24"/>
        </w:rPr>
        <w:t>Erstprüfer/-in: [____________]</w:t>
      </w:r>
    </w:p>
    <w:p>
      <w:pPr>
        <w:spacing w:after="40"/>
        <w:jc w:val="center"/>
      </w:pPr>
      <w:r>
        <w:rPr>
          <w:b w:val="0"/>
          <w:i w:val="0"/>
          <w:sz w:val="24"/>
        </w:rPr>
        <w:t>Zweitprüfer/-in: [____________]</w:t>
      </w:r>
    </w:p>
    <w:p>
      <w:pPr>
        <w:spacing w:after="40"/>
        <w:jc w:val="center"/>
      </w:pPr>
      <w:r>
        <w:rPr>
          <w:b w:val="0"/>
          <w:i w:val="0"/>
          <w:sz w:val="24"/>
        </w:rPr>
        <w:t>Abgabedatum: [TT.MM.JJJJ]</w:t>
      </w:r>
    </w:p>
    <w:p>
      <w:pPr>
        <w:spacing w:after="120"/>
        <w:jc w:val="center"/>
      </w:pPr>
      <w:r>
        <w:rPr>
          <w:b w:val="0"/>
          <w:i w:val="0"/>
          <w:sz w:val="24"/>
        </w:rPr>
        <w:t>[Ort]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